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08F" w:rsidRDefault="00C80C0E" w:rsidP="00424486">
      <w:pPr>
        <w:jc w:val="center"/>
      </w:pPr>
      <w:r>
        <w:rPr>
          <w:b/>
          <w:sz w:val="24"/>
        </w:rPr>
        <w:t>MODELO DE DECLARACIÓN RESPONSABLE</w:t>
      </w:r>
    </w:p>
    <w:p w:rsidR="00424486" w:rsidRDefault="00424486" w:rsidP="00424486">
      <w:pPr>
        <w:jc w:val="both"/>
      </w:pPr>
      <w:bookmarkStart w:id="0" w:name="_GoBack"/>
      <w:bookmarkEnd w:id="0"/>
    </w:p>
    <w:p w:rsidR="006F708F" w:rsidRDefault="00C80C0E" w:rsidP="00424486">
      <w:pPr>
        <w:jc w:val="both"/>
      </w:pPr>
      <w:r>
        <w:t xml:space="preserve">A los efectos de acreditar la participación en las acciones formativas realizadas en el marco de las medidas previstas en la Orden EEI/709/2024, de 21 de junio, por la que se aprueban las bases reguladoras del Programa </w:t>
      </w:r>
      <w:r>
        <w:t>MEJORA para la concesión de subvenciones destinadas a la mejora de la empleabilidad de los jóvenes y para el relevo generacional en el mercado laboral aragonés.</w:t>
      </w:r>
    </w:p>
    <w:p w:rsidR="006F708F" w:rsidRDefault="00424486" w:rsidP="00424486">
      <w:pPr>
        <w:jc w:val="both"/>
      </w:pPr>
      <w:r>
        <w:t xml:space="preserve">D./D.ª </w:t>
      </w:r>
      <w:r w:rsidR="00C80C0E">
        <w:t>........................................................................................</w:t>
      </w:r>
      <w:r w:rsidR="00C80C0E">
        <w:t>................, con NIF/NIE ........................................,</w:t>
      </w:r>
    </w:p>
    <w:p w:rsidR="006F708F" w:rsidRDefault="00C80C0E" w:rsidP="00424486">
      <w:pPr>
        <w:jc w:val="both"/>
      </w:pPr>
      <w:r>
        <w:rPr>
          <w:b/>
        </w:rPr>
        <w:t>DECLARO RESPONSABLEMENTE:</w:t>
      </w:r>
    </w:p>
    <w:p w:rsidR="006F708F" w:rsidRDefault="00C80C0E" w:rsidP="00424486">
      <w:pPr>
        <w:jc w:val="both"/>
      </w:pPr>
      <w:r>
        <w:t xml:space="preserve">Que he participado </w:t>
      </w:r>
      <w:r>
        <w:t>en las acciones formativas que me ha facilitado la empresa</w:t>
      </w:r>
      <w:r w:rsidR="00424486">
        <w:t xml:space="preserve"> </w:t>
      </w:r>
      <w:r>
        <w:t>..................................................................</w:t>
      </w:r>
      <w:r>
        <w:t>......................................, con NIF ........................................, correspondientes al expediente de subvención .........................................</w:t>
      </w:r>
    </w:p>
    <w:p w:rsidR="006F708F" w:rsidRDefault="00C80C0E" w:rsidP="00424486">
      <w:pPr>
        <w:jc w:val="both"/>
      </w:pPr>
      <w:r>
        <w:rPr>
          <w:b/>
        </w:rPr>
        <w:t>Denominación de las acciones formativas y fechas de realización:</w:t>
      </w:r>
    </w:p>
    <w:p w:rsidR="006F708F" w:rsidRDefault="00C80C0E" w:rsidP="00424486">
      <w:pPr>
        <w:jc w:val="both"/>
      </w:pPr>
      <w:r>
        <w:t>..............</w:t>
      </w:r>
      <w:r>
        <w:t>......................................................................................................................</w:t>
      </w:r>
    </w:p>
    <w:p w:rsidR="006F708F" w:rsidRDefault="00C80C0E" w:rsidP="00424486">
      <w:pPr>
        <w:jc w:val="both"/>
      </w:pPr>
      <w:r>
        <w:t>....................................................................................................................................</w:t>
      </w:r>
    </w:p>
    <w:p w:rsidR="006F708F" w:rsidRDefault="00C80C0E" w:rsidP="00424486">
      <w:pPr>
        <w:jc w:val="both"/>
      </w:pPr>
      <w:r>
        <w:t>....</w:t>
      </w:r>
      <w:r>
        <w:t>................................................................................................................................</w:t>
      </w:r>
    </w:p>
    <w:p w:rsidR="006F708F" w:rsidRDefault="00C80C0E" w:rsidP="00424486">
      <w:pPr>
        <w:jc w:val="both"/>
      </w:pPr>
      <w:r>
        <w:rPr>
          <w:b/>
        </w:rPr>
        <w:t>Modalidad de impartición:</w:t>
      </w:r>
    </w:p>
    <w:p w:rsidR="006F708F" w:rsidRDefault="00C80C0E" w:rsidP="00424486">
      <w:pPr>
        <w:jc w:val="both"/>
      </w:pPr>
      <w:r>
        <w:t>☐</w:t>
      </w:r>
      <w:r>
        <w:t xml:space="preserve"> Presencial</w:t>
      </w:r>
    </w:p>
    <w:p w:rsidR="006F708F" w:rsidRDefault="00C80C0E" w:rsidP="00424486">
      <w:pPr>
        <w:jc w:val="both"/>
      </w:pPr>
      <w:r>
        <w:t>☐</w:t>
      </w:r>
      <w:r>
        <w:t xml:space="preserve"> Teleformación</w:t>
      </w:r>
    </w:p>
    <w:p w:rsidR="006F708F" w:rsidRDefault="00C80C0E" w:rsidP="00424486">
      <w:pPr>
        <w:jc w:val="both"/>
      </w:pPr>
      <w:r>
        <w:t>☐</w:t>
      </w:r>
      <w:r>
        <w:t xml:space="preserve"> Mixta</w:t>
      </w:r>
    </w:p>
    <w:p w:rsidR="00424486" w:rsidRDefault="00424486" w:rsidP="00424486">
      <w:pPr>
        <w:jc w:val="both"/>
      </w:pPr>
    </w:p>
    <w:p w:rsidR="006F708F" w:rsidRDefault="00C80C0E" w:rsidP="00424486">
      <w:pPr>
        <w:jc w:val="both"/>
      </w:pPr>
      <w:r>
        <w:t>Y para que así conste, firmo la presente declaración.</w:t>
      </w:r>
    </w:p>
    <w:p w:rsidR="006F708F" w:rsidRDefault="00C80C0E" w:rsidP="00424486">
      <w:pPr>
        <w:jc w:val="both"/>
      </w:pPr>
      <w:r>
        <w:t>En .......</w:t>
      </w:r>
      <w:r>
        <w:t>................................., a .......... de ........................................ de ............</w:t>
      </w:r>
    </w:p>
    <w:p w:rsidR="006F708F" w:rsidRDefault="00C80C0E" w:rsidP="00424486">
      <w:pPr>
        <w:jc w:val="both"/>
      </w:pPr>
      <w:r>
        <w:rPr>
          <w:b/>
        </w:rPr>
        <w:t>Fdo.: ..................................................................</w:t>
      </w:r>
    </w:p>
    <w:p w:rsidR="006F708F" w:rsidRDefault="00C80C0E" w:rsidP="00424486">
      <w:pPr>
        <w:jc w:val="both"/>
      </w:pPr>
      <w:r>
        <w:rPr>
          <w:i/>
        </w:rPr>
        <w:t>Persona contratada</w:t>
      </w:r>
    </w:p>
    <w:sectPr w:rsidR="006F708F" w:rsidSect="00034616">
      <w:pgSz w:w="12240" w:h="15840"/>
      <w:pgMar w:top="1247" w:right="1417" w:bottom="124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24486"/>
    <w:rsid w:val="006F708F"/>
    <w:rsid w:val="00AA1D8D"/>
    <w:rsid w:val="00B47730"/>
    <w:rsid w:val="00C80C0E"/>
    <w:rsid w:val="00CB0664"/>
    <w:rsid w:val="00D05C7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B80626"/>
  <w14:defaultImageDpi w14:val="300"/>
  <w15:docId w15:val="{DEFA2426-48B3-4AF7-B8A5-98245D2E6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40D1030-1A64-4699-B138-6EA310023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Administrador</cp:lastModifiedBy>
  <cp:revision>2</cp:revision>
  <dcterms:created xsi:type="dcterms:W3CDTF">2026-08-12T09:16:00Z</dcterms:created>
  <dcterms:modified xsi:type="dcterms:W3CDTF">2026-08-12T09:16:00Z</dcterms:modified>
  <cp:category/>
</cp:coreProperties>
</file>